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DW Starr Media Bio</w:t>
      </w:r>
    </w:p>
    <w:p>
      <w:r>
        <w:rPr>
          <w:b w:val="0"/>
        </w:rPr>
        <w:t>DW Starr, award-winning international Superhero Confidence Expert, is the Founder / Creator of the Confidence Matters! Movement and the Creator / Performer of Superhero Confidence Crusader™. He is an inspirational performer, speaker, author, and youth advocate who has transformed countless corporate organizations and teens/young adults using his groundbreaking confidence building and self-leadership Superhero formulas. On a Confidence Crusader™ mission, he empowers Moms around the planet to raise resilient youth and to help them discover that THE HERO IS WITHIN through their favorite superheroes. They learn how to build greater confidence, resilience, and overcome self-doubt in today’s challenging world. His two uniquely different audience-interactive One-Man Shows: My 21st Century Experience &amp; Confidence Matters!™ uniquely combine storytelling, humor, a “little magic”, heartfelt honesty, and theatrical performance to create a deep authentic connection with his audiences.</w:t>
      </w:r>
    </w:p>
    <w:p>
      <w:r>
        <w:rPr>
          <w:b w:val="0"/>
        </w:rPr>
        <w:t>DW draws from his multiple areas of expertise to help his audiences reach peak performance success. He is uniquely qualified: started selling at 9 years old, 3-time Traumatic Brain Injury (TBI) Survivor, over 25 years of corporate experience as a Million-dollar sales executive excelling with a Global Multi-Billion Dollar medical information analytics company, international award-winning U.S. Army movie/TV actor, writer, director, and amateur magician. DW and his wife, Liz, have raised their two children into thriving adulthood. DW is the author of five books. His fifth book is Be Self-Confident: The Playbook for Teens and Young Adults. DW shows them how to build greater Confidence—One HERO-STEP a Day. His upcoming book, publishing in early 2027, “CONFIDENCE MATTERS!: The Mom’s Playbook for Raising Resilient Youth”, focused on helping Moms raise their children confidently, is jam-packed with stories of triumph and struggle from Moms, humor, and confidence tools and techniques that actually work.</w:t>
      </w:r>
    </w:p>
    <w:p>
      <w:r>
        <w:rPr>
          <w:b w:val="0"/>
        </w:rPr>
        <w:t>DW has performed and spoken in 15 countries and 40 U.S. States. His Confidence Matters!™ message speaks a universal language that resonates with people of all ages and organizations worldwide.</w:t>
      </w:r>
    </w:p>
    <w:p>
      <w:hyperlink r:id="rId9">
        <w:r>
          <w:rPr>
            <w:color w:val="4E2F83"/>
          </w:rPr>
          <w:t>ConfidenceMattersMovement.org</w:t>
        </w:r>
      </w:hyperlink>
    </w:p>
    <w:p>
      <w:r>
        <w:rPr>
          <w:b/>
        </w:rPr>
        <w:t>Media inquiries</w:t>
      </w:r>
    </w:p>
    <w:p>
      <w:r>
        <w:rPr>
          <w:b w:val="0"/>
        </w:rPr>
        <w:t>info@dwstarr.net · 202-596-9284</w:t>
      </w:r>
    </w:p>
    <w:p>
      <w:hyperlink r:id="rId10">
        <w:r>
          <w:rPr>
            <w:color w:val="4E2F83"/>
          </w:rPr>
          <w:t>DWStarr.net</w:t>
        </w:r>
      </w:hyperlink>
    </w:p>
    <w:sectPr w:rsidR="00FC693F" w:rsidRPr="0006063C" w:rsidSect="00034616">
      <w:footerReference w:type="default" r:id="rId11"/>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DW Starr Media Bio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confidencemattersmovement.org/" TargetMode="External"/><Relationship Id="rId10" Type="http://schemas.openxmlformats.org/officeDocument/2006/relationships/hyperlink" Target="https://dwstarr.net/" TargetMode="Externa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DW Starr Media Bio</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